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Arial" w:hAnsi="Arial"/>
          <w:b/>
          <w:color w:val="B45309"/>
          <w:sz w:val="32"/>
        </w:rPr>
        <w:t>FORMULÁŘ PRO UPLATNĚNÍ REKLAMACE</w:t>
      </w:r>
    </w:p>
    <w:p>
      <w:pPr>
        <w:spacing w:after="280"/>
      </w:pPr>
      <w:r>
        <w:rPr>
          <w:color w:val="666666"/>
          <w:sz w:val="18"/>
        </w:rPr>
        <w:t>Petto.cz | Dětský sortiment a výbavička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AFAF9"/>
            <w:tcMar>
              <w:top w:w="140" w:type="dxa"/>
              <w:bottom w:w="140" w:type="dxa"/>
              <w:left w:w="180" w:type="dxa"/>
              <w:right w:w="180" w:type="dxa"/>
            </w:tcMar>
            <w:tcBorders>
              <w:top w:val="single" w:sz="4" w:space="0" w:color="E5E7EB"/>
              <w:left w:val="single" w:sz="18" w:space="0" w:color="B45309"/>
              <w:bottom w:val="single" w:sz="4" w:space="0" w:color="E5E7EB"/>
              <w:right w:val="single" w:sz="4" w:space="0" w:color="E5E7EB"/>
            </w:tcBorders>
          </w:tcPr>
          <w:p>
            <w:pPr>
              <w:spacing w:after="40"/>
            </w:pPr>
            <w:r>
              <w:rPr>
                <w:b/>
                <w:color w:val="B45309"/>
                <w:sz w:val="19"/>
              </w:rPr>
              <w:t>ADRESÁT (PRODÁVAJÍCÍ):</w:t>
            </w:r>
          </w:p>
          <w:p>
            <w:pPr>
              <w:spacing w:after="0"/>
            </w:pPr>
            <w:r>
              <w:rPr>
                <w:color w:val="333333"/>
                <w:sz w:val="19"/>
              </w:rPr>
              <w:t>Tomáš Janata, Pražská 520/19a, 460 07 Liberec</w:t>
              <w:br/>
              <w:t>IČO: 05921619 | E-mail: petto@petto.cz</w:t>
            </w:r>
          </w:p>
        </w:tc>
      </w:tr>
    </w:tbl>
    <w:p>
      <w:pPr>
        <w:spacing w:after="160"/>
      </w:pPr>
    </w:p>
    <w:p>
      <w:pPr>
        <w:spacing w:before="200" w:after="80"/>
      </w:pPr>
      <w:r>
        <w:rPr>
          <w:b/>
          <w:color w:val="B45309"/>
          <w:sz w:val="22"/>
        </w:rPr>
        <w:t>1. Identifikace nákupu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3168"/>
            <w:tcMar>
              <w:top w:w="100" w:type="dxa"/>
              <w:bottom w:w="100" w:type="dxa"/>
              <w:left w:w="120" w:type="dxa"/>
              <w:right w:w="120" w:type="dxa"/>
            </w:tcMar>
            <w:shd w:fill="F9FAFB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</w:tcPr>
          <w:p>
            <w:pPr>
              <w:spacing w:after="0"/>
            </w:pPr>
            <w:r>
              <w:rPr>
                <w:b/>
                <w:sz w:val="19"/>
              </w:rPr>
              <w:t>Číslo objednávky / faktury:</w:t>
            </w:r>
          </w:p>
        </w:tc>
        <w:tc>
          <w:tcPr>
            <w:tcW w:type="dxa" w:w="6768"/>
            <w:tcMar>
              <w:top w:w="100" w:type="dxa"/>
              <w:bottom w:w="100" w:type="dxa"/>
              <w:left w:w="120" w:type="dxa"/>
              <w:right w:w="120" w:type="dxa"/>
            </w:tcMar>
            <w:shd w:fill="FFFFFF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</w:tcPr>
          <w:p>
            <w:pPr>
              <w:spacing w:after="0"/>
            </w:pPr>
          </w:p>
        </w:tc>
      </w:tr>
      <w:tr>
        <w:tc>
          <w:tcPr>
            <w:tcW w:type="dxa" w:w="3168"/>
            <w:tcMar>
              <w:top w:w="100" w:type="dxa"/>
              <w:bottom w:w="100" w:type="dxa"/>
              <w:left w:w="120" w:type="dxa"/>
              <w:right w:w="120" w:type="dxa"/>
            </w:tcMar>
            <w:shd w:fill="F9FAFB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</w:tcPr>
          <w:p>
            <w:pPr>
              <w:spacing w:after="0"/>
            </w:pPr>
            <w:r>
              <w:rPr>
                <w:b/>
                <w:sz w:val="19"/>
              </w:rPr>
              <w:t>Datum nákupu:</w:t>
            </w:r>
          </w:p>
        </w:tc>
        <w:tc>
          <w:tcPr>
            <w:tcW w:type="dxa" w:w="6768"/>
            <w:tcMar>
              <w:top w:w="100" w:type="dxa"/>
              <w:bottom w:w="100" w:type="dxa"/>
              <w:left w:w="120" w:type="dxa"/>
              <w:right w:w="120" w:type="dxa"/>
            </w:tcMar>
            <w:shd w:fill="FFFFFF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</w:tcPr>
          <w:p>
            <w:pPr>
              <w:spacing w:after="0"/>
            </w:pPr>
          </w:p>
        </w:tc>
      </w:tr>
    </w:tbl>
    <w:p>
      <w:pPr>
        <w:spacing w:before="200" w:after="80"/>
      </w:pPr>
      <w:r>
        <w:rPr>
          <w:b/>
          <w:color w:val="B45309"/>
          <w:sz w:val="22"/>
        </w:rPr>
        <w:t>2. Údaje o kupujícím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3168"/>
            <w:tcMar>
              <w:top w:w="100" w:type="dxa"/>
              <w:bottom w:w="100" w:type="dxa"/>
              <w:left w:w="120" w:type="dxa"/>
              <w:right w:w="120" w:type="dxa"/>
            </w:tcMar>
            <w:shd w:fill="F9FAFB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</w:tcPr>
          <w:p>
            <w:pPr>
              <w:spacing w:after="0"/>
            </w:pPr>
            <w:r>
              <w:rPr>
                <w:b/>
                <w:sz w:val="19"/>
              </w:rPr>
              <w:t>Jméno a příjmení:</w:t>
            </w:r>
          </w:p>
        </w:tc>
        <w:tc>
          <w:tcPr>
            <w:tcW w:type="dxa" w:w="6768"/>
            <w:tcMar>
              <w:top w:w="100" w:type="dxa"/>
              <w:bottom w:w="100" w:type="dxa"/>
              <w:left w:w="120" w:type="dxa"/>
              <w:right w:w="120" w:type="dxa"/>
            </w:tcMar>
            <w:shd w:fill="FFFFFF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</w:tcPr>
          <w:p>
            <w:pPr>
              <w:spacing w:after="0"/>
            </w:pPr>
          </w:p>
        </w:tc>
      </w:tr>
      <w:tr>
        <w:tc>
          <w:tcPr>
            <w:tcW w:type="dxa" w:w="3168"/>
            <w:tcMar>
              <w:top w:w="100" w:type="dxa"/>
              <w:bottom w:w="100" w:type="dxa"/>
              <w:left w:w="120" w:type="dxa"/>
              <w:right w:w="120" w:type="dxa"/>
            </w:tcMar>
            <w:shd w:fill="F9FAFB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</w:tcPr>
          <w:p>
            <w:pPr>
              <w:spacing w:after="0"/>
            </w:pPr>
            <w:r>
              <w:rPr>
                <w:b/>
                <w:sz w:val="19"/>
              </w:rPr>
              <w:t>Adresa:</w:t>
            </w:r>
          </w:p>
        </w:tc>
        <w:tc>
          <w:tcPr>
            <w:tcW w:type="dxa" w:w="6768"/>
            <w:tcMar>
              <w:top w:w="100" w:type="dxa"/>
              <w:bottom w:w="100" w:type="dxa"/>
              <w:left w:w="120" w:type="dxa"/>
              <w:right w:w="120" w:type="dxa"/>
            </w:tcMar>
            <w:shd w:fill="FFFFFF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</w:tcPr>
          <w:p>
            <w:pPr>
              <w:spacing w:after="0"/>
            </w:pPr>
          </w:p>
        </w:tc>
      </w:tr>
      <w:tr>
        <w:tc>
          <w:tcPr>
            <w:tcW w:type="dxa" w:w="3168"/>
            <w:tcMar>
              <w:top w:w="100" w:type="dxa"/>
              <w:bottom w:w="100" w:type="dxa"/>
              <w:left w:w="120" w:type="dxa"/>
              <w:right w:w="120" w:type="dxa"/>
            </w:tcMar>
            <w:shd w:fill="F9FAFB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</w:tcPr>
          <w:p>
            <w:pPr>
              <w:spacing w:after="0"/>
            </w:pPr>
            <w:r>
              <w:rPr>
                <w:b/>
                <w:sz w:val="19"/>
              </w:rPr>
              <w:t>E-mailová adresa:</w:t>
            </w:r>
          </w:p>
        </w:tc>
        <w:tc>
          <w:tcPr>
            <w:tcW w:type="dxa" w:w="6768"/>
            <w:tcMar>
              <w:top w:w="100" w:type="dxa"/>
              <w:bottom w:w="100" w:type="dxa"/>
              <w:left w:w="120" w:type="dxa"/>
              <w:right w:w="120" w:type="dxa"/>
            </w:tcMar>
            <w:shd w:fill="FFFFFF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</w:tcPr>
          <w:p>
            <w:pPr>
              <w:spacing w:after="0"/>
            </w:pPr>
          </w:p>
        </w:tc>
      </w:tr>
      <w:tr>
        <w:tc>
          <w:tcPr>
            <w:tcW w:type="dxa" w:w="3168"/>
            <w:tcMar>
              <w:top w:w="100" w:type="dxa"/>
              <w:bottom w:w="100" w:type="dxa"/>
              <w:left w:w="120" w:type="dxa"/>
              <w:right w:w="120" w:type="dxa"/>
            </w:tcMar>
            <w:shd w:fill="F9FAFB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</w:tcPr>
          <w:p>
            <w:pPr>
              <w:spacing w:after="0"/>
            </w:pPr>
            <w:r>
              <w:rPr>
                <w:b/>
                <w:sz w:val="19"/>
              </w:rPr>
              <w:t>Telefonní číslo:</w:t>
            </w:r>
          </w:p>
        </w:tc>
        <w:tc>
          <w:tcPr>
            <w:tcW w:type="dxa" w:w="6768"/>
            <w:tcMar>
              <w:top w:w="100" w:type="dxa"/>
              <w:bottom w:w="100" w:type="dxa"/>
              <w:left w:w="120" w:type="dxa"/>
              <w:right w:w="120" w:type="dxa"/>
            </w:tcMar>
            <w:shd w:fill="FFFFFF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</w:tcPr>
          <w:p>
            <w:pPr>
              <w:spacing w:after="0"/>
            </w:pPr>
          </w:p>
        </w:tc>
      </w:tr>
    </w:tbl>
    <w:p>
      <w:pPr>
        <w:spacing w:before="200" w:after="80"/>
      </w:pPr>
      <w:r>
        <w:rPr>
          <w:b/>
          <w:color w:val="B45309"/>
          <w:sz w:val="22"/>
        </w:rPr>
        <w:t>3. Specifikace reklamace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3168"/>
            <w:tcMar>
              <w:top w:w="100" w:type="dxa"/>
              <w:bottom w:w="100" w:type="dxa"/>
              <w:left w:w="120" w:type="dxa"/>
              <w:right w:w="120" w:type="dxa"/>
            </w:tcMar>
            <w:shd w:fill="F9FAFB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</w:tcPr>
          <w:p>
            <w:pPr>
              <w:spacing w:after="0"/>
            </w:pPr>
            <w:r>
              <w:rPr>
                <w:b/>
                <w:sz w:val="19"/>
              </w:rPr>
              <w:t>Reklamované zboží:</w:t>
            </w:r>
          </w:p>
        </w:tc>
        <w:tc>
          <w:tcPr>
            <w:tcW w:type="dxa" w:w="6768"/>
            <w:tcMar>
              <w:top w:w="100" w:type="dxa"/>
              <w:bottom w:w="100" w:type="dxa"/>
              <w:left w:w="120" w:type="dxa"/>
              <w:right w:w="120" w:type="dxa"/>
            </w:tcMar>
            <w:shd w:fill="FFFFFF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</w:tcPr>
          <w:p>
            <w:pPr>
              <w:spacing w:after="0"/>
            </w:pPr>
            <w:r>
              <w:br/>
            </w:r>
          </w:p>
        </w:tc>
      </w:tr>
      <w:tr>
        <w:tc>
          <w:tcPr>
            <w:tcW w:type="dxa" w:w="3168"/>
            <w:tcMar>
              <w:top w:w="100" w:type="dxa"/>
              <w:bottom w:w="100" w:type="dxa"/>
              <w:left w:w="120" w:type="dxa"/>
              <w:right w:w="120" w:type="dxa"/>
            </w:tcMar>
            <w:shd w:fill="F9FAFB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</w:tcPr>
          <w:p>
            <w:pPr>
              <w:spacing w:after="0"/>
            </w:pPr>
            <w:r>
              <w:rPr>
                <w:b/>
                <w:sz w:val="19"/>
              </w:rPr>
              <w:t>Popis vady zboží:</w:t>
              <w:br/>
              <w:t>(jak a kdy se vada projevuje)</w:t>
            </w:r>
          </w:p>
        </w:tc>
        <w:tc>
          <w:tcPr>
            <w:tcW w:type="dxa" w:w="6768"/>
            <w:tcMar>
              <w:top w:w="100" w:type="dxa"/>
              <w:bottom w:w="100" w:type="dxa"/>
              <w:left w:w="120" w:type="dxa"/>
              <w:right w:w="120" w:type="dxa"/>
            </w:tcMar>
            <w:shd w:fill="FFFFFF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</w:tcPr>
          <w:p>
            <w:pPr>
              <w:spacing w:after="0"/>
            </w:pP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</w:tbl>
    <w:p>
      <w:pPr>
        <w:spacing w:after="2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896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sz w:val="19"/>
              </w:rPr>
              <w:t>V ___________________ dne ___________</w:t>
            </w:r>
          </w:p>
        </w:tc>
        <w:tc>
          <w:tcPr>
            <w:tcW w:type="dxa" w:w="5040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sz w:val="19"/>
              </w:rPr>
              <w:t>Podpis: _________________________</w:t>
              <w:br/>
            </w:r>
            <w:r>
              <w:rPr>
                <w:i/>
                <w:color w:val="666666"/>
                <w:sz w:val="16"/>
              </w:rPr>
              <w:t>(pouze v případě zasílání v tištěné podobě)</w:t>
            </w:r>
          </w:p>
        </w:tc>
      </w:tr>
    </w:tbl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33333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